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FAF5" w14:textId="4F880004" w:rsidR="00DB55CA" w:rsidRPr="00DB55CA" w:rsidRDefault="007445E2" w:rsidP="00F14BAB">
      <w:pPr>
        <w:jc w:val="center"/>
      </w:pPr>
      <w:r w:rsidRPr="00DE40CD">
        <w:rPr>
          <w:b/>
          <w:sz w:val="22"/>
        </w:rPr>
        <w:t>REFERENDUM</w:t>
      </w:r>
      <w:r>
        <w:rPr>
          <w:b/>
          <w:sz w:val="24"/>
        </w:rPr>
        <w:br/>
      </w:r>
      <w:r w:rsidR="00DB55CA">
        <w:rPr>
          <w:b/>
          <w:sz w:val="24"/>
        </w:rPr>
        <w:br/>
      </w:r>
      <w:proofErr w:type="spellStart"/>
      <w:r w:rsidRPr="00DE40CD">
        <w:rPr>
          <w:b/>
          <w:sz w:val="22"/>
        </w:rPr>
        <w:t>Podpisová</w:t>
      </w:r>
      <w:proofErr w:type="spellEnd"/>
      <w:r w:rsidRPr="00DE40CD">
        <w:rPr>
          <w:b/>
          <w:sz w:val="22"/>
        </w:rPr>
        <w:t xml:space="preserve"> </w:t>
      </w:r>
      <w:proofErr w:type="spellStart"/>
      <w:r w:rsidRPr="00DE40CD">
        <w:rPr>
          <w:b/>
          <w:sz w:val="22"/>
        </w:rPr>
        <w:t>listina</w:t>
      </w:r>
      <w:proofErr w:type="spellEnd"/>
      <w:r w:rsidRPr="00DE40CD">
        <w:rPr>
          <w:b/>
          <w:sz w:val="22"/>
        </w:rPr>
        <w:t xml:space="preserve"> k </w:t>
      </w:r>
      <w:proofErr w:type="spellStart"/>
      <w:r w:rsidRPr="00DE40CD">
        <w:rPr>
          <w:b/>
          <w:sz w:val="22"/>
        </w:rPr>
        <w:t>návrhu</w:t>
      </w:r>
      <w:proofErr w:type="spellEnd"/>
      <w:r w:rsidRPr="00DE40CD">
        <w:rPr>
          <w:b/>
          <w:sz w:val="22"/>
        </w:rPr>
        <w:t xml:space="preserve"> </w:t>
      </w:r>
      <w:proofErr w:type="spellStart"/>
      <w:r w:rsidRPr="00DE40CD">
        <w:rPr>
          <w:b/>
          <w:sz w:val="22"/>
        </w:rPr>
        <w:t>na</w:t>
      </w:r>
      <w:proofErr w:type="spellEnd"/>
      <w:r w:rsidRPr="00DE40CD">
        <w:rPr>
          <w:b/>
          <w:sz w:val="22"/>
        </w:rPr>
        <w:t xml:space="preserve"> </w:t>
      </w:r>
      <w:proofErr w:type="spellStart"/>
      <w:r w:rsidRPr="00DE40CD">
        <w:rPr>
          <w:b/>
          <w:sz w:val="22"/>
        </w:rPr>
        <w:t>vyhlášení</w:t>
      </w:r>
      <w:proofErr w:type="spellEnd"/>
      <w:r w:rsidRPr="00DE40CD">
        <w:rPr>
          <w:b/>
          <w:sz w:val="22"/>
        </w:rPr>
        <w:t xml:space="preserve"> </w:t>
      </w:r>
      <w:proofErr w:type="spellStart"/>
      <w:r w:rsidRPr="00DE40CD">
        <w:rPr>
          <w:b/>
          <w:sz w:val="22"/>
        </w:rPr>
        <w:t>místního</w:t>
      </w:r>
      <w:proofErr w:type="spellEnd"/>
      <w:r w:rsidRPr="00DE40CD">
        <w:rPr>
          <w:b/>
          <w:sz w:val="22"/>
        </w:rPr>
        <w:t xml:space="preserve"> referenda </w:t>
      </w:r>
      <w:proofErr w:type="spellStart"/>
      <w:r w:rsidRPr="00DE40CD">
        <w:rPr>
          <w:b/>
          <w:sz w:val="22"/>
        </w:rPr>
        <w:t>na</w:t>
      </w:r>
      <w:proofErr w:type="spellEnd"/>
      <w:r w:rsidRPr="00DE40CD">
        <w:rPr>
          <w:b/>
          <w:sz w:val="22"/>
        </w:rPr>
        <w:t xml:space="preserve"> </w:t>
      </w:r>
      <w:proofErr w:type="spellStart"/>
      <w:r w:rsidRPr="00DE40CD">
        <w:rPr>
          <w:b/>
          <w:sz w:val="22"/>
        </w:rPr>
        <w:t>území</w:t>
      </w:r>
      <w:proofErr w:type="spellEnd"/>
      <w:r w:rsidRPr="00DE40CD">
        <w:rPr>
          <w:b/>
          <w:sz w:val="22"/>
        </w:rPr>
        <w:t xml:space="preserve"> </w:t>
      </w:r>
      <w:proofErr w:type="spellStart"/>
      <w:r w:rsidRPr="00DE40CD">
        <w:rPr>
          <w:b/>
          <w:sz w:val="22"/>
        </w:rPr>
        <w:t>obce</w:t>
      </w:r>
      <w:proofErr w:type="spellEnd"/>
      <w:r w:rsidRPr="00DE40CD">
        <w:rPr>
          <w:b/>
          <w:sz w:val="22"/>
        </w:rPr>
        <w:t xml:space="preserve"> </w:t>
      </w:r>
      <w:proofErr w:type="spellStart"/>
      <w:r w:rsidR="00DB55CA" w:rsidRPr="00DE40CD">
        <w:rPr>
          <w:b/>
          <w:sz w:val="22"/>
          <w:highlight w:val="yellow"/>
        </w:rPr>
        <w:t>xxxxxx</w:t>
      </w:r>
      <w:proofErr w:type="spellEnd"/>
    </w:p>
    <w:p w14:paraId="3E150398" w14:textId="225C2AEC" w:rsidR="000D7852" w:rsidRDefault="00DB55CA" w:rsidP="00DE40CD">
      <w:pPr>
        <w:spacing w:after="0"/>
      </w:pPr>
      <w:r>
        <w:br/>
      </w:r>
      <w:r w:rsidR="000D7852" w:rsidRPr="000D7852">
        <w:rPr>
          <w:b/>
          <w:bCs/>
        </w:rPr>
        <w:t>Podpisový arch č.</w:t>
      </w:r>
      <w:r w:rsidR="000D7852">
        <w:t>: _________</w:t>
      </w:r>
    </w:p>
    <w:p w14:paraId="14940C32" w14:textId="312A47E6" w:rsidR="004B4DB6" w:rsidRDefault="007445E2">
      <w:proofErr w:type="spellStart"/>
      <w:r w:rsidRPr="000D7852">
        <w:rPr>
          <w:b/>
          <w:bCs/>
        </w:rPr>
        <w:t>Počet</w:t>
      </w:r>
      <w:proofErr w:type="spellEnd"/>
      <w:r w:rsidRPr="000D7852">
        <w:rPr>
          <w:b/>
          <w:bCs/>
        </w:rPr>
        <w:t xml:space="preserve"> </w:t>
      </w:r>
      <w:proofErr w:type="spellStart"/>
      <w:r w:rsidRPr="000D7852">
        <w:rPr>
          <w:b/>
          <w:bCs/>
        </w:rPr>
        <w:t>podporovatelů</w:t>
      </w:r>
      <w:proofErr w:type="spellEnd"/>
      <w:r w:rsidRPr="000D7852">
        <w:rPr>
          <w:b/>
          <w:bCs/>
        </w:rPr>
        <w:t xml:space="preserve"> </w:t>
      </w:r>
      <w:proofErr w:type="spellStart"/>
      <w:r w:rsidRPr="000D7852">
        <w:rPr>
          <w:b/>
          <w:bCs/>
        </w:rPr>
        <w:t>uvedených</w:t>
      </w:r>
      <w:proofErr w:type="spellEnd"/>
      <w:r w:rsidRPr="000D7852">
        <w:rPr>
          <w:b/>
          <w:bCs/>
        </w:rPr>
        <w:t xml:space="preserve"> </w:t>
      </w:r>
      <w:proofErr w:type="spellStart"/>
      <w:r w:rsidRPr="000D7852">
        <w:rPr>
          <w:b/>
          <w:bCs/>
        </w:rPr>
        <w:t>na</w:t>
      </w:r>
      <w:proofErr w:type="spellEnd"/>
      <w:r w:rsidRPr="000D7852">
        <w:rPr>
          <w:b/>
          <w:bCs/>
        </w:rPr>
        <w:t xml:space="preserve"> </w:t>
      </w:r>
      <w:proofErr w:type="spellStart"/>
      <w:r w:rsidRPr="000D7852">
        <w:rPr>
          <w:b/>
          <w:bCs/>
        </w:rPr>
        <w:t>této</w:t>
      </w:r>
      <w:proofErr w:type="spellEnd"/>
      <w:r w:rsidRPr="000D7852">
        <w:rPr>
          <w:b/>
          <w:bCs/>
        </w:rPr>
        <w:t xml:space="preserve"> </w:t>
      </w:r>
      <w:proofErr w:type="spellStart"/>
      <w:r w:rsidRPr="000D7852">
        <w:rPr>
          <w:b/>
          <w:bCs/>
        </w:rPr>
        <w:t>listině</w:t>
      </w:r>
      <w:proofErr w:type="spellEnd"/>
      <w:r w:rsidRPr="000D7852">
        <w:rPr>
          <w:b/>
          <w:bCs/>
        </w:rPr>
        <w:t>:</w:t>
      </w:r>
      <w:r>
        <w:t xml:space="preserve"> _________</w:t>
      </w:r>
    </w:p>
    <w:p w14:paraId="0EA4A997" w14:textId="324EA32F" w:rsidR="004B4DB6" w:rsidRDefault="007445E2" w:rsidP="00DB55CA">
      <w:pPr>
        <w:jc w:val="both"/>
      </w:pPr>
      <w:r>
        <w:t>Vážení,</w:t>
      </w:r>
      <w:r>
        <w:br/>
        <w:t xml:space="preserve">my, níže podepsaní občané, podporujeme ve smyslu § 8 zákona č. 22/2004 Sb., o místním referendu a o změně některých zákonů, ve znění pozdějších předpisů, </w:t>
      </w:r>
      <w:proofErr w:type="spellStart"/>
      <w:r>
        <w:rPr>
          <w:b/>
        </w:rPr>
        <w:t>vyhlášení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místního</w:t>
      </w:r>
      <w:proofErr w:type="spellEnd"/>
      <w:r>
        <w:rPr>
          <w:b/>
        </w:rPr>
        <w:t xml:space="preserve"> referenda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území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obce</w:t>
      </w:r>
      <w:proofErr w:type="spellEnd"/>
      <w:r w:rsidRPr="00DB55CA">
        <w:rPr>
          <w:b/>
          <w:highlight w:val="yellow"/>
        </w:rPr>
        <w:t xml:space="preserve"> </w:t>
      </w:r>
      <w:proofErr w:type="spellStart"/>
      <w:r w:rsidR="00DB55CA" w:rsidRPr="00DB55CA">
        <w:rPr>
          <w:b/>
          <w:highlight w:val="yellow"/>
        </w:rPr>
        <w:t>xxxxxx</w:t>
      </w:r>
      <w:proofErr w:type="spellEnd"/>
      <w:r>
        <w:rPr>
          <w:b/>
        </w:rPr>
        <w:t xml:space="preserve">, PSČ </w:t>
      </w:r>
      <w:proofErr w:type="spellStart"/>
      <w:r w:rsidR="00DB55CA" w:rsidRPr="00DB55CA">
        <w:rPr>
          <w:b/>
          <w:highlight w:val="yellow"/>
        </w:rPr>
        <w:t>xxxxxx</w:t>
      </w:r>
      <w:proofErr w:type="spellEnd"/>
      <w:r w:rsidR="00DB55CA">
        <w:rPr>
          <w:b/>
        </w:rPr>
        <w:t>.</w:t>
      </w:r>
    </w:p>
    <w:p w14:paraId="070E160A" w14:textId="77777777" w:rsidR="00DE40CD" w:rsidRDefault="007445E2" w:rsidP="00DB55CA">
      <w:pPr>
        <w:jc w:val="both"/>
      </w:pPr>
      <w:r>
        <w:t xml:space="preserve">Svým podpisem na této listině se připojujeme k </w:t>
      </w:r>
      <w:r>
        <w:rPr>
          <w:b/>
        </w:rPr>
        <w:t xml:space="preserve">návrhu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vyhlášení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místního</w:t>
      </w:r>
      <w:proofErr w:type="spellEnd"/>
      <w:r>
        <w:rPr>
          <w:b/>
        </w:rPr>
        <w:t xml:space="preserve"> referenda</w:t>
      </w:r>
      <w:r w:rsidR="00DE40CD">
        <w:t xml:space="preserve">, </w:t>
      </w:r>
      <w:proofErr w:type="spellStart"/>
      <w:r w:rsidR="00DE40CD" w:rsidRPr="00DE40CD">
        <w:t>ve</w:t>
      </w:r>
      <w:proofErr w:type="spellEnd"/>
      <w:r w:rsidR="00DE40CD" w:rsidRPr="00DE40CD">
        <w:t xml:space="preserve"> </w:t>
      </w:r>
      <w:proofErr w:type="spellStart"/>
      <w:r w:rsidR="00DE40CD" w:rsidRPr="00DE40CD">
        <w:t>kterém</w:t>
      </w:r>
      <w:proofErr w:type="spellEnd"/>
      <w:r w:rsidR="00DE40CD" w:rsidRPr="00DE40CD">
        <w:t xml:space="preserve"> </w:t>
      </w:r>
      <w:proofErr w:type="spellStart"/>
      <w:r w:rsidR="00DE40CD" w:rsidRPr="00DE40CD">
        <w:t>mají</w:t>
      </w:r>
      <w:proofErr w:type="spellEnd"/>
      <w:r w:rsidR="00DE40CD" w:rsidRPr="00DE40CD">
        <w:t xml:space="preserve"> </w:t>
      </w:r>
      <w:proofErr w:type="spellStart"/>
      <w:r w:rsidR="00DE40CD" w:rsidRPr="00DE40CD">
        <w:t>být</w:t>
      </w:r>
      <w:proofErr w:type="spellEnd"/>
      <w:r w:rsidR="00DE40CD" w:rsidRPr="00DE40CD">
        <w:t xml:space="preserve"> </w:t>
      </w:r>
      <w:proofErr w:type="spellStart"/>
      <w:r w:rsidR="00DE40CD" w:rsidRPr="00DE40CD">
        <w:t>občanům</w:t>
      </w:r>
      <w:proofErr w:type="spellEnd"/>
      <w:r w:rsidR="00DE40CD" w:rsidRPr="00DE40CD">
        <w:t xml:space="preserve"> </w:t>
      </w:r>
      <w:proofErr w:type="spellStart"/>
      <w:r w:rsidR="00DE40CD" w:rsidRPr="00DE40CD">
        <w:t>položeny</w:t>
      </w:r>
      <w:proofErr w:type="spellEnd"/>
      <w:r w:rsidR="00DE40CD" w:rsidRPr="00DE40CD">
        <w:t xml:space="preserve"> </w:t>
      </w:r>
      <w:proofErr w:type="spellStart"/>
      <w:r w:rsidR="00DE40CD" w:rsidRPr="00DE40CD">
        <w:t>tyto</w:t>
      </w:r>
      <w:proofErr w:type="spellEnd"/>
      <w:r w:rsidR="00DE40CD" w:rsidRPr="00DE40CD">
        <w:t xml:space="preserve"> </w:t>
      </w:r>
      <w:proofErr w:type="spellStart"/>
      <w:r w:rsidR="00DE40CD" w:rsidRPr="00DE40CD">
        <w:t>otázky</w:t>
      </w:r>
      <w:proofErr w:type="spellEnd"/>
      <w:r w:rsidR="00DE40CD" w:rsidRPr="00DE40CD">
        <w:t>:</w:t>
      </w:r>
    </w:p>
    <w:p w14:paraId="41B1E7C6" w14:textId="77777777" w:rsidR="00DE40CD" w:rsidRPr="00DE40CD" w:rsidRDefault="00DE40CD" w:rsidP="00DE40CD">
      <w:pPr>
        <w:jc w:val="both"/>
        <w:rPr>
          <w:b/>
          <w:bCs/>
          <w:lang w:val="cs-CZ"/>
        </w:rPr>
      </w:pPr>
      <w:r w:rsidRPr="00DE40CD">
        <w:rPr>
          <w:b/>
          <w:bCs/>
          <w:lang w:val="cs-CZ"/>
        </w:rPr>
        <w:t>1. Požadujete, aby orgány obce</w:t>
      </w:r>
      <w:r w:rsidRPr="00DE40CD">
        <w:rPr>
          <w:b/>
          <w:bCs/>
          <w:highlight w:val="yellow"/>
          <w:lang w:val="cs-CZ"/>
        </w:rPr>
        <w:t xml:space="preserve"> </w:t>
      </w:r>
      <w:proofErr w:type="spellStart"/>
      <w:r w:rsidRPr="00DE40CD">
        <w:rPr>
          <w:b/>
          <w:bCs/>
          <w:highlight w:val="yellow"/>
          <w:lang w:val="cs-CZ"/>
        </w:rPr>
        <w:t>xxxxxx</w:t>
      </w:r>
      <w:proofErr w:type="spellEnd"/>
      <w:r w:rsidRPr="00DE40CD">
        <w:rPr>
          <w:b/>
          <w:bCs/>
          <w:highlight w:val="yellow"/>
          <w:lang w:val="cs-CZ"/>
        </w:rPr>
        <w:t xml:space="preserve"> </w:t>
      </w:r>
      <w:r w:rsidRPr="00DE40CD">
        <w:rPr>
          <w:b/>
          <w:bCs/>
          <w:lang w:val="cs-CZ"/>
        </w:rPr>
        <w:t>podnikly v rámci samostatné působnosti veškeré dostupné kroky k zamezení výstavby větrných elektráren na území obce?</w:t>
      </w:r>
    </w:p>
    <w:p w14:paraId="61156FA5" w14:textId="77777777" w:rsidR="00DE40CD" w:rsidRPr="00DE40CD" w:rsidRDefault="00DE40CD" w:rsidP="00DE40CD">
      <w:pPr>
        <w:jc w:val="both"/>
        <w:rPr>
          <w:b/>
          <w:bCs/>
          <w:lang w:val="cs-CZ"/>
        </w:rPr>
      </w:pPr>
      <w:r w:rsidRPr="00DE40CD">
        <w:rPr>
          <w:b/>
          <w:bCs/>
          <w:lang w:val="cs-CZ"/>
        </w:rPr>
        <w:t>2. Požadujete, aby zastupitelstvo obce</w:t>
      </w:r>
      <w:r w:rsidRPr="00DE40CD">
        <w:rPr>
          <w:b/>
          <w:bCs/>
          <w:highlight w:val="yellow"/>
          <w:lang w:val="cs-CZ"/>
        </w:rPr>
        <w:t xml:space="preserve"> </w:t>
      </w:r>
      <w:proofErr w:type="spellStart"/>
      <w:r w:rsidRPr="00DE40CD">
        <w:rPr>
          <w:b/>
          <w:bCs/>
          <w:highlight w:val="yellow"/>
          <w:lang w:val="cs-CZ"/>
        </w:rPr>
        <w:t>xxxxxx</w:t>
      </w:r>
      <w:proofErr w:type="spellEnd"/>
      <w:r w:rsidRPr="00DE40CD">
        <w:rPr>
          <w:b/>
          <w:bCs/>
          <w:highlight w:val="yellow"/>
          <w:lang w:val="cs-CZ"/>
        </w:rPr>
        <w:t xml:space="preserve"> </w:t>
      </w:r>
      <w:r w:rsidRPr="00DE40CD">
        <w:rPr>
          <w:b/>
          <w:bCs/>
          <w:lang w:val="cs-CZ"/>
        </w:rPr>
        <w:t>podniklo v rámci samostatné působnosti veškeré dostupné kroky k tomu, aby územní plán neumožňoval výstavbu větrných elektráren na území obce?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0"/>
        <w:gridCol w:w="1926"/>
        <w:gridCol w:w="1975"/>
        <w:gridCol w:w="1413"/>
        <w:gridCol w:w="2956"/>
        <w:gridCol w:w="2080"/>
      </w:tblGrid>
      <w:tr w:rsidR="004B4DB6" w14:paraId="14690B28" w14:textId="77777777" w:rsidTr="00DB55CA">
        <w:tc>
          <w:tcPr>
            <w:tcW w:w="439" w:type="dxa"/>
            <w:vAlign w:val="center"/>
          </w:tcPr>
          <w:p w14:paraId="5F8E1FDB" w14:textId="77777777" w:rsidR="004B4DB6" w:rsidRDefault="007445E2" w:rsidP="00DB55CA">
            <w:pPr>
              <w:jc w:val="center"/>
            </w:pPr>
            <w:r>
              <w:rPr>
                <w:b/>
              </w:rPr>
              <w:t>Č.</w:t>
            </w:r>
          </w:p>
        </w:tc>
        <w:tc>
          <w:tcPr>
            <w:tcW w:w="1937" w:type="dxa"/>
            <w:vAlign w:val="center"/>
          </w:tcPr>
          <w:p w14:paraId="6A68FB6F" w14:textId="77777777" w:rsidR="004B4DB6" w:rsidRDefault="007445E2" w:rsidP="00DB55CA">
            <w:pPr>
              <w:jc w:val="center"/>
            </w:pPr>
            <w:r>
              <w:rPr>
                <w:b/>
              </w:rPr>
              <w:t>Jméno</w:t>
            </w:r>
          </w:p>
        </w:tc>
        <w:tc>
          <w:tcPr>
            <w:tcW w:w="1985" w:type="dxa"/>
            <w:vAlign w:val="center"/>
          </w:tcPr>
          <w:p w14:paraId="5882BA39" w14:textId="77777777" w:rsidR="004B4DB6" w:rsidRDefault="007445E2" w:rsidP="00DB55CA">
            <w:pPr>
              <w:jc w:val="center"/>
            </w:pPr>
            <w:r>
              <w:rPr>
                <w:b/>
              </w:rPr>
              <w:t>Příjmení</w:t>
            </w:r>
          </w:p>
        </w:tc>
        <w:tc>
          <w:tcPr>
            <w:tcW w:w="1417" w:type="dxa"/>
            <w:vAlign w:val="center"/>
          </w:tcPr>
          <w:p w14:paraId="2A2F01F0" w14:textId="77777777" w:rsidR="004B4DB6" w:rsidRDefault="007445E2" w:rsidP="00DB55CA">
            <w:pPr>
              <w:jc w:val="center"/>
            </w:pPr>
            <w:r>
              <w:rPr>
                <w:b/>
              </w:rPr>
              <w:t>Datum narození</w:t>
            </w:r>
          </w:p>
        </w:tc>
        <w:tc>
          <w:tcPr>
            <w:tcW w:w="2977" w:type="dxa"/>
            <w:vAlign w:val="center"/>
          </w:tcPr>
          <w:p w14:paraId="686A16DF" w14:textId="77777777" w:rsidR="004B4DB6" w:rsidRDefault="007445E2" w:rsidP="00DB55CA">
            <w:pPr>
              <w:jc w:val="center"/>
            </w:pPr>
            <w:r>
              <w:rPr>
                <w:b/>
              </w:rPr>
              <w:t>Adresa</w:t>
            </w:r>
          </w:p>
        </w:tc>
        <w:tc>
          <w:tcPr>
            <w:tcW w:w="2092" w:type="dxa"/>
            <w:vAlign w:val="center"/>
          </w:tcPr>
          <w:p w14:paraId="48FC5C2D" w14:textId="77777777" w:rsidR="004B4DB6" w:rsidRDefault="007445E2" w:rsidP="00DB55CA">
            <w:pPr>
              <w:jc w:val="center"/>
            </w:pPr>
            <w:r>
              <w:rPr>
                <w:b/>
              </w:rPr>
              <w:t>Podpis</w:t>
            </w:r>
          </w:p>
        </w:tc>
      </w:tr>
      <w:tr w:rsidR="004B4DB6" w14:paraId="7B8A2730" w14:textId="77777777" w:rsidTr="00DE40CD">
        <w:trPr>
          <w:trHeight w:val="510"/>
        </w:trPr>
        <w:tc>
          <w:tcPr>
            <w:tcW w:w="439" w:type="dxa"/>
          </w:tcPr>
          <w:p w14:paraId="1CDDCB16" w14:textId="77777777" w:rsidR="004B4DB6" w:rsidRDefault="007445E2">
            <w:r>
              <w:t>1</w:t>
            </w:r>
          </w:p>
        </w:tc>
        <w:tc>
          <w:tcPr>
            <w:tcW w:w="1937" w:type="dxa"/>
          </w:tcPr>
          <w:p w14:paraId="03C4BE66" w14:textId="77777777" w:rsidR="004B4DB6" w:rsidRDefault="004B4DB6"/>
        </w:tc>
        <w:tc>
          <w:tcPr>
            <w:tcW w:w="1985" w:type="dxa"/>
          </w:tcPr>
          <w:p w14:paraId="2DC8F365" w14:textId="77777777" w:rsidR="004B4DB6" w:rsidRDefault="004B4DB6"/>
        </w:tc>
        <w:tc>
          <w:tcPr>
            <w:tcW w:w="1417" w:type="dxa"/>
          </w:tcPr>
          <w:p w14:paraId="112E4735" w14:textId="77777777" w:rsidR="004B4DB6" w:rsidRDefault="004B4DB6"/>
        </w:tc>
        <w:tc>
          <w:tcPr>
            <w:tcW w:w="2977" w:type="dxa"/>
          </w:tcPr>
          <w:p w14:paraId="376E63BE" w14:textId="77777777" w:rsidR="004B4DB6" w:rsidRDefault="004B4DB6"/>
        </w:tc>
        <w:tc>
          <w:tcPr>
            <w:tcW w:w="2092" w:type="dxa"/>
          </w:tcPr>
          <w:p w14:paraId="20F53F4D" w14:textId="77777777" w:rsidR="004B4DB6" w:rsidRDefault="004B4DB6"/>
        </w:tc>
      </w:tr>
      <w:tr w:rsidR="004B4DB6" w14:paraId="077BA9F2" w14:textId="77777777" w:rsidTr="00DE40CD">
        <w:trPr>
          <w:trHeight w:val="510"/>
        </w:trPr>
        <w:tc>
          <w:tcPr>
            <w:tcW w:w="439" w:type="dxa"/>
          </w:tcPr>
          <w:p w14:paraId="7E0E61CE" w14:textId="77777777" w:rsidR="004B4DB6" w:rsidRDefault="007445E2">
            <w:r>
              <w:t>2</w:t>
            </w:r>
          </w:p>
        </w:tc>
        <w:tc>
          <w:tcPr>
            <w:tcW w:w="1937" w:type="dxa"/>
          </w:tcPr>
          <w:p w14:paraId="08CB2855" w14:textId="77777777" w:rsidR="004B4DB6" w:rsidRDefault="004B4DB6"/>
        </w:tc>
        <w:tc>
          <w:tcPr>
            <w:tcW w:w="1985" w:type="dxa"/>
          </w:tcPr>
          <w:p w14:paraId="74D6E82B" w14:textId="77777777" w:rsidR="004B4DB6" w:rsidRDefault="004B4DB6"/>
        </w:tc>
        <w:tc>
          <w:tcPr>
            <w:tcW w:w="1417" w:type="dxa"/>
          </w:tcPr>
          <w:p w14:paraId="7395A8A9" w14:textId="77777777" w:rsidR="004B4DB6" w:rsidRDefault="004B4DB6"/>
        </w:tc>
        <w:tc>
          <w:tcPr>
            <w:tcW w:w="2977" w:type="dxa"/>
          </w:tcPr>
          <w:p w14:paraId="4F746317" w14:textId="77777777" w:rsidR="004B4DB6" w:rsidRDefault="004B4DB6"/>
        </w:tc>
        <w:tc>
          <w:tcPr>
            <w:tcW w:w="2092" w:type="dxa"/>
          </w:tcPr>
          <w:p w14:paraId="3F0A4166" w14:textId="77777777" w:rsidR="004B4DB6" w:rsidRDefault="004B4DB6"/>
        </w:tc>
      </w:tr>
      <w:tr w:rsidR="004B4DB6" w14:paraId="45F2F4FE" w14:textId="77777777" w:rsidTr="00DE40CD">
        <w:trPr>
          <w:trHeight w:val="510"/>
        </w:trPr>
        <w:tc>
          <w:tcPr>
            <w:tcW w:w="439" w:type="dxa"/>
          </w:tcPr>
          <w:p w14:paraId="2E334BC2" w14:textId="77777777" w:rsidR="004B4DB6" w:rsidRDefault="007445E2">
            <w:r>
              <w:t>3</w:t>
            </w:r>
          </w:p>
        </w:tc>
        <w:tc>
          <w:tcPr>
            <w:tcW w:w="1937" w:type="dxa"/>
          </w:tcPr>
          <w:p w14:paraId="00EE16B7" w14:textId="77777777" w:rsidR="004B4DB6" w:rsidRDefault="004B4DB6"/>
        </w:tc>
        <w:tc>
          <w:tcPr>
            <w:tcW w:w="1985" w:type="dxa"/>
          </w:tcPr>
          <w:p w14:paraId="48EA17A9" w14:textId="77777777" w:rsidR="004B4DB6" w:rsidRDefault="004B4DB6"/>
        </w:tc>
        <w:tc>
          <w:tcPr>
            <w:tcW w:w="1417" w:type="dxa"/>
          </w:tcPr>
          <w:p w14:paraId="579A9C8A" w14:textId="77777777" w:rsidR="004B4DB6" w:rsidRDefault="004B4DB6"/>
        </w:tc>
        <w:tc>
          <w:tcPr>
            <w:tcW w:w="2977" w:type="dxa"/>
          </w:tcPr>
          <w:p w14:paraId="61743FE2" w14:textId="77777777" w:rsidR="004B4DB6" w:rsidRDefault="004B4DB6"/>
        </w:tc>
        <w:tc>
          <w:tcPr>
            <w:tcW w:w="2092" w:type="dxa"/>
          </w:tcPr>
          <w:p w14:paraId="43C3B491" w14:textId="77777777" w:rsidR="004B4DB6" w:rsidRDefault="004B4DB6"/>
        </w:tc>
      </w:tr>
      <w:tr w:rsidR="004B4DB6" w14:paraId="2FB16CB8" w14:textId="77777777" w:rsidTr="00DE40CD">
        <w:trPr>
          <w:trHeight w:val="510"/>
        </w:trPr>
        <w:tc>
          <w:tcPr>
            <w:tcW w:w="439" w:type="dxa"/>
          </w:tcPr>
          <w:p w14:paraId="14AD97B5" w14:textId="77777777" w:rsidR="004B4DB6" w:rsidRDefault="007445E2">
            <w:r>
              <w:t>4</w:t>
            </w:r>
          </w:p>
        </w:tc>
        <w:tc>
          <w:tcPr>
            <w:tcW w:w="1937" w:type="dxa"/>
          </w:tcPr>
          <w:p w14:paraId="62A1AFA7" w14:textId="77777777" w:rsidR="004B4DB6" w:rsidRDefault="004B4DB6"/>
        </w:tc>
        <w:tc>
          <w:tcPr>
            <w:tcW w:w="1985" w:type="dxa"/>
          </w:tcPr>
          <w:p w14:paraId="6FDC7CA5" w14:textId="77777777" w:rsidR="004B4DB6" w:rsidRDefault="004B4DB6"/>
        </w:tc>
        <w:tc>
          <w:tcPr>
            <w:tcW w:w="1417" w:type="dxa"/>
          </w:tcPr>
          <w:p w14:paraId="78A6C41E" w14:textId="77777777" w:rsidR="004B4DB6" w:rsidRDefault="004B4DB6"/>
        </w:tc>
        <w:tc>
          <w:tcPr>
            <w:tcW w:w="2977" w:type="dxa"/>
          </w:tcPr>
          <w:p w14:paraId="30BEAE9B" w14:textId="77777777" w:rsidR="004B4DB6" w:rsidRDefault="004B4DB6"/>
        </w:tc>
        <w:tc>
          <w:tcPr>
            <w:tcW w:w="2092" w:type="dxa"/>
          </w:tcPr>
          <w:p w14:paraId="1E3D45F4" w14:textId="77777777" w:rsidR="004B4DB6" w:rsidRDefault="004B4DB6"/>
        </w:tc>
      </w:tr>
      <w:tr w:rsidR="004B4DB6" w14:paraId="279CEBBD" w14:textId="77777777" w:rsidTr="00DE40CD">
        <w:trPr>
          <w:trHeight w:val="510"/>
        </w:trPr>
        <w:tc>
          <w:tcPr>
            <w:tcW w:w="439" w:type="dxa"/>
          </w:tcPr>
          <w:p w14:paraId="44A4A8D5" w14:textId="77777777" w:rsidR="004B4DB6" w:rsidRDefault="007445E2">
            <w:r>
              <w:t>5</w:t>
            </w:r>
          </w:p>
        </w:tc>
        <w:tc>
          <w:tcPr>
            <w:tcW w:w="1937" w:type="dxa"/>
          </w:tcPr>
          <w:p w14:paraId="7BEDD2FC" w14:textId="77777777" w:rsidR="004B4DB6" w:rsidRDefault="004B4DB6"/>
        </w:tc>
        <w:tc>
          <w:tcPr>
            <w:tcW w:w="1985" w:type="dxa"/>
          </w:tcPr>
          <w:p w14:paraId="6DC4050E" w14:textId="77777777" w:rsidR="004B4DB6" w:rsidRDefault="004B4DB6"/>
        </w:tc>
        <w:tc>
          <w:tcPr>
            <w:tcW w:w="1417" w:type="dxa"/>
          </w:tcPr>
          <w:p w14:paraId="1402DF80" w14:textId="77777777" w:rsidR="004B4DB6" w:rsidRDefault="004B4DB6"/>
        </w:tc>
        <w:tc>
          <w:tcPr>
            <w:tcW w:w="2977" w:type="dxa"/>
          </w:tcPr>
          <w:p w14:paraId="4D44FD41" w14:textId="77777777" w:rsidR="004B4DB6" w:rsidRDefault="004B4DB6"/>
        </w:tc>
        <w:tc>
          <w:tcPr>
            <w:tcW w:w="2092" w:type="dxa"/>
          </w:tcPr>
          <w:p w14:paraId="6AB47297" w14:textId="77777777" w:rsidR="004B4DB6" w:rsidRDefault="004B4DB6"/>
        </w:tc>
      </w:tr>
      <w:tr w:rsidR="004B4DB6" w14:paraId="6F235CDA" w14:textId="77777777" w:rsidTr="00DE40CD">
        <w:trPr>
          <w:trHeight w:val="510"/>
        </w:trPr>
        <w:tc>
          <w:tcPr>
            <w:tcW w:w="439" w:type="dxa"/>
          </w:tcPr>
          <w:p w14:paraId="4A0C862E" w14:textId="77777777" w:rsidR="004B4DB6" w:rsidRDefault="007445E2">
            <w:r>
              <w:t>6</w:t>
            </w:r>
          </w:p>
        </w:tc>
        <w:tc>
          <w:tcPr>
            <w:tcW w:w="1937" w:type="dxa"/>
          </w:tcPr>
          <w:p w14:paraId="5D84685A" w14:textId="77777777" w:rsidR="004B4DB6" w:rsidRDefault="004B4DB6"/>
        </w:tc>
        <w:tc>
          <w:tcPr>
            <w:tcW w:w="1985" w:type="dxa"/>
          </w:tcPr>
          <w:p w14:paraId="3BA43623" w14:textId="77777777" w:rsidR="004B4DB6" w:rsidRDefault="004B4DB6"/>
        </w:tc>
        <w:tc>
          <w:tcPr>
            <w:tcW w:w="1417" w:type="dxa"/>
          </w:tcPr>
          <w:p w14:paraId="25BDB6B5" w14:textId="77777777" w:rsidR="004B4DB6" w:rsidRDefault="004B4DB6"/>
        </w:tc>
        <w:tc>
          <w:tcPr>
            <w:tcW w:w="2977" w:type="dxa"/>
          </w:tcPr>
          <w:p w14:paraId="7A16F6FF" w14:textId="77777777" w:rsidR="004B4DB6" w:rsidRDefault="004B4DB6"/>
        </w:tc>
        <w:tc>
          <w:tcPr>
            <w:tcW w:w="2092" w:type="dxa"/>
          </w:tcPr>
          <w:p w14:paraId="5E0E8C25" w14:textId="77777777" w:rsidR="004B4DB6" w:rsidRDefault="004B4DB6"/>
        </w:tc>
      </w:tr>
      <w:tr w:rsidR="004B4DB6" w14:paraId="6A982396" w14:textId="77777777" w:rsidTr="00DE40CD">
        <w:trPr>
          <w:trHeight w:val="510"/>
        </w:trPr>
        <w:tc>
          <w:tcPr>
            <w:tcW w:w="439" w:type="dxa"/>
          </w:tcPr>
          <w:p w14:paraId="3AAE093D" w14:textId="77777777" w:rsidR="004B4DB6" w:rsidRDefault="007445E2">
            <w:r>
              <w:t>7</w:t>
            </w:r>
          </w:p>
        </w:tc>
        <w:tc>
          <w:tcPr>
            <w:tcW w:w="1937" w:type="dxa"/>
          </w:tcPr>
          <w:p w14:paraId="41A52E52" w14:textId="77777777" w:rsidR="004B4DB6" w:rsidRDefault="004B4DB6"/>
        </w:tc>
        <w:tc>
          <w:tcPr>
            <w:tcW w:w="1985" w:type="dxa"/>
          </w:tcPr>
          <w:p w14:paraId="78EECC5D" w14:textId="77777777" w:rsidR="004B4DB6" w:rsidRDefault="004B4DB6"/>
        </w:tc>
        <w:tc>
          <w:tcPr>
            <w:tcW w:w="1417" w:type="dxa"/>
          </w:tcPr>
          <w:p w14:paraId="7C22FE0C" w14:textId="77777777" w:rsidR="004B4DB6" w:rsidRDefault="004B4DB6"/>
        </w:tc>
        <w:tc>
          <w:tcPr>
            <w:tcW w:w="2977" w:type="dxa"/>
          </w:tcPr>
          <w:p w14:paraId="657912B6" w14:textId="77777777" w:rsidR="004B4DB6" w:rsidRDefault="004B4DB6"/>
        </w:tc>
        <w:tc>
          <w:tcPr>
            <w:tcW w:w="2092" w:type="dxa"/>
          </w:tcPr>
          <w:p w14:paraId="70CFAFCC" w14:textId="77777777" w:rsidR="004B4DB6" w:rsidRDefault="004B4DB6"/>
        </w:tc>
      </w:tr>
      <w:tr w:rsidR="004B4DB6" w14:paraId="458663E3" w14:textId="77777777" w:rsidTr="00DE40CD">
        <w:trPr>
          <w:trHeight w:val="510"/>
        </w:trPr>
        <w:tc>
          <w:tcPr>
            <w:tcW w:w="439" w:type="dxa"/>
          </w:tcPr>
          <w:p w14:paraId="699A22B5" w14:textId="77777777" w:rsidR="004B4DB6" w:rsidRDefault="007445E2">
            <w:r>
              <w:t>8</w:t>
            </w:r>
          </w:p>
        </w:tc>
        <w:tc>
          <w:tcPr>
            <w:tcW w:w="1937" w:type="dxa"/>
          </w:tcPr>
          <w:p w14:paraId="59326533" w14:textId="77777777" w:rsidR="004B4DB6" w:rsidRDefault="004B4DB6"/>
        </w:tc>
        <w:tc>
          <w:tcPr>
            <w:tcW w:w="1985" w:type="dxa"/>
          </w:tcPr>
          <w:p w14:paraId="7D61417F" w14:textId="77777777" w:rsidR="004B4DB6" w:rsidRDefault="004B4DB6"/>
        </w:tc>
        <w:tc>
          <w:tcPr>
            <w:tcW w:w="1417" w:type="dxa"/>
          </w:tcPr>
          <w:p w14:paraId="171A9B87" w14:textId="77777777" w:rsidR="004B4DB6" w:rsidRDefault="004B4DB6"/>
        </w:tc>
        <w:tc>
          <w:tcPr>
            <w:tcW w:w="2977" w:type="dxa"/>
          </w:tcPr>
          <w:p w14:paraId="72CD3D37" w14:textId="77777777" w:rsidR="004B4DB6" w:rsidRDefault="004B4DB6"/>
        </w:tc>
        <w:tc>
          <w:tcPr>
            <w:tcW w:w="2092" w:type="dxa"/>
          </w:tcPr>
          <w:p w14:paraId="46B26981" w14:textId="77777777" w:rsidR="004B4DB6" w:rsidRDefault="004B4DB6"/>
        </w:tc>
      </w:tr>
      <w:tr w:rsidR="004B4DB6" w14:paraId="05037E91" w14:textId="77777777" w:rsidTr="00DE40CD">
        <w:trPr>
          <w:trHeight w:val="510"/>
        </w:trPr>
        <w:tc>
          <w:tcPr>
            <w:tcW w:w="439" w:type="dxa"/>
          </w:tcPr>
          <w:p w14:paraId="4FB2D621" w14:textId="77777777" w:rsidR="004B4DB6" w:rsidRDefault="007445E2">
            <w:r>
              <w:t>9</w:t>
            </w:r>
          </w:p>
        </w:tc>
        <w:tc>
          <w:tcPr>
            <w:tcW w:w="1937" w:type="dxa"/>
          </w:tcPr>
          <w:p w14:paraId="1ACD8196" w14:textId="77777777" w:rsidR="004B4DB6" w:rsidRDefault="004B4DB6"/>
        </w:tc>
        <w:tc>
          <w:tcPr>
            <w:tcW w:w="1985" w:type="dxa"/>
          </w:tcPr>
          <w:p w14:paraId="58F129EA" w14:textId="77777777" w:rsidR="004B4DB6" w:rsidRDefault="004B4DB6"/>
        </w:tc>
        <w:tc>
          <w:tcPr>
            <w:tcW w:w="1417" w:type="dxa"/>
          </w:tcPr>
          <w:p w14:paraId="36E1C85B" w14:textId="77777777" w:rsidR="004B4DB6" w:rsidRDefault="004B4DB6"/>
        </w:tc>
        <w:tc>
          <w:tcPr>
            <w:tcW w:w="2977" w:type="dxa"/>
          </w:tcPr>
          <w:p w14:paraId="0ED01671" w14:textId="77777777" w:rsidR="004B4DB6" w:rsidRDefault="004B4DB6"/>
        </w:tc>
        <w:tc>
          <w:tcPr>
            <w:tcW w:w="2092" w:type="dxa"/>
          </w:tcPr>
          <w:p w14:paraId="5FF9962F" w14:textId="77777777" w:rsidR="004B4DB6" w:rsidRDefault="004B4DB6"/>
        </w:tc>
      </w:tr>
      <w:tr w:rsidR="004B4DB6" w14:paraId="7C976FF6" w14:textId="77777777" w:rsidTr="00DE40CD">
        <w:trPr>
          <w:trHeight w:val="510"/>
        </w:trPr>
        <w:tc>
          <w:tcPr>
            <w:tcW w:w="439" w:type="dxa"/>
          </w:tcPr>
          <w:p w14:paraId="721B2CF5" w14:textId="77777777" w:rsidR="004B4DB6" w:rsidRDefault="007445E2">
            <w:r>
              <w:t>10</w:t>
            </w:r>
          </w:p>
        </w:tc>
        <w:tc>
          <w:tcPr>
            <w:tcW w:w="1937" w:type="dxa"/>
          </w:tcPr>
          <w:p w14:paraId="17989A42" w14:textId="77777777" w:rsidR="004B4DB6" w:rsidRDefault="004B4DB6"/>
        </w:tc>
        <w:tc>
          <w:tcPr>
            <w:tcW w:w="1985" w:type="dxa"/>
          </w:tcPr>
          <w:p w14:paraId="54629524" w14:textId="77777777" w:rsidR="004B4DB6" w:rsidRDefault="004B4DB6"/>
        </w:tc>
        <w:tc>
          <w:tcPr>
            <w:tcW w:w="1417" w:type="dxa"/>
          </w:tcPr>
          <w:p w14:paraId="650064A3" w14:textId="77777777" w:rsidR="004B4DB6" w:rsidRDefault="004B4DB6"/>
        </w:tc>
        <w:tc>
          <w:tcPr>
            <w:tcW w:w="2977" w:type="dxa"/>
          </w:tcPr>
          <w:p w14:paraId="5B21A3E5" w14:textId="77777777" w:rsidR="004B4DB6" w:rsidRDefault="004B4DB6"/>
        </w:tc>
        <w:tc>
          <w:tcPr>
            <w:tcW w:w="2092" w:type="dxa"/>
          </w:tcPr>
          <w:p w14:paraId="34996A80" w14:textId="77777777" w:rsidR="004B4DB6" w:rsidRDefault="004B4DB6"/>
        </w:tc>
      </w:tr>
    </w:tbl>
    <w:p w14:paraId="0EB2B43B" w14:textId="77777777" w:rsidR="00DB55CA" w:rsidRDefault="007445E2">
      <w:pPr>
        <w:spacing w:before="200"/>
        <w:jc w:val="both"/>
        <w:rPr>
          <w:b/>
        </w:rPr>
      </w:pPr>
      <w:r>
        <w:rPr>
          <w:b/>
        </w:rPr>
        <w:t xml:space="preserve">UPOZORNĚNÍ pro </w:t>
      </w:r>
      <w:proofErr w:type="spellStart"/>
      <w:r>
        <w:rPr>
          <w:b/>
        </w:rPr>
        <w:t>oprávněné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osoby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podporující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konání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místního</w:t>
      </w:r>
      <w:proofErr w:type="spellEnd"/>
      <w:r>
        <w:rPr>
          <w:b/>
        </w:rPr>
        <w:t xml:space="preserve"> referenda:</w:t>
      </w:r>
    </w:p>
    <w:p w14:paraId="51C9EF6D" w14:textId="77777777" w:rsidR="00957F95" w:rsidRPr="00957F95" w:rsidRDefault="00957F95" w:rsidP="00301C5B">
      <w:pPr>
        <w:spacing w:after="120"/>
        <w:jc w:val="both"/>
      </w:pPr>
      <w:r w:rsidRPr="00957F95">
        <w:t xml:space="preserve">"Ten, </w:t>
      </w:r>
      <w:proofErr w:type="spellStart"/>
      <w:r w:rsidRPr="00957F95">
        <w:t>kdo</w:t>
      </w:r>
      <w:proofErr w:type="spellEnd"/>
      <w:r w:rsidRPr="00957F95">
        <w:t xml:space="preserve"> </w:t>
      </w:r>
      <w:proofErr w:type="spellStart"/>
      <w:r w:rsidRPr="00957F95">
        <w:t>podepíše</w:t>
      </w:r>
      <w:proofErr w:type="spellEnd"/>
      <w:r w:rsidRPr="00957F95">
        <w:t xml:space="preserve"> </w:t>
      </w:r>
      <w:proofErr w:type="spellStart"/>
      <w:r w:rsidRPr="00957F95">
        <w:t>vícekrát</w:t>
      </w:r>
      <w:proofErr w:type="spellEnd"/>
      <w:r w:rsidRPr="00957F95">
        <w:t xml:space="preserve"> </w:t>
      </w:r>
      <w:proofErr w:type="spellStart"/>
      <w:r w:rsidRPr="00957F95">
        <w:t>tentýž</w:t>
      </w:r>
      <w:proofErr w:type="spellEnd"/>
      <w:r w:rsidRPr="00957F95">
        <w:t xml:space="preserve"> </w:t>
      </w:r>
      <w:proofErr w:type="spellStart"/>
      <w:r w:rsidRPr="00957F95">
        <w:t>návrh</w:t>
      </w:r>
      <w:proofErr w:type="spellEnd"/>
      <w:r w:rsidRPr="00957F95">
        <w:t xml:space="preserve"> </w:t>
      </w:r>
      <w:proofErr w:type="spellStart"/>
      <w:r w:rsidRPr="00957F95">
        <w:t>na</w:t>
      </w:r>
      <w:proofErr w:type="spellEnd"/>
      <w:r w:rsidRPr="00957F95">
        <w:t xml:space="preserve"> </w:t>
      </w:r>
      <w:proofErr w:type="spellStart"/>
      <w:r w:rsidRPr="00957F95">
        <w:t>konání</w:t>
      </w:r>
      <w:proofErr w:type="spellEnd"/>
      <w:r w:rsidRPr="00957F95">
        <w:t xml:space="preserve"> </w:t>
      </w:r>
      <w:proofErr w:type="spellStart"/>
      <w:r w:rsidRPr="00957F95">
        <w:t>místního</w:t>
      </w:r>
      <w:proofErr w:type="spellEnd"/>
      <w:r w:rsidRPr="00957F95">
        <w:t xml:space="preserve"> referenda </w:t>
      </w:r>
      <w:proofErr w:type="spellStart"/>
      <w:r w:rsidRPr="00957F95">
        <w:t>nebo</w:t>
      </w:r>
      <w:proofErr w:type="spellEnd"/>
      <w:r w:rsidRPr="00957F95">
        <w:t xml:space="preserve"> </w:t>
      </w:r>
      <w:proofErr w:type="spellStart"/>
      <w:r w:rsidRPr="00957F95">
        <w:t>kdo</w:t>
      </w:r>
      <w:proofErr w:type="spellEnd"/>
      <w:r w:rsidRPr="00957F95">
        <w:t xml:space="preserve"> </w:t>
      </w:r>
      <w:proofErr w:type="spellStart"/>
      <w:r w:rsidRPr="00957F95">
        <w:t>podepíše</w:t>
      </w:r>
      <w:proofErr w:type="spellEnd"/>
      <w:r w:rsidRPr="00957F95">
        <w:t xml:space="preserve"> </w:t>
      </w:r>
      <w:proofErr w:type="spellStart"/>
      <w:r w:rsidRPr="00957F95">
        <w:t>podpisovou</w:t>
      </w:r>
      <w:proofErr w:type="spellEnd"/>
      <w:r w:rsidRPr="00957F95">
        <w:t xml:space="preserve"> </w:t>
      </w:r>
      <w:proofErr w:type="spellStart"/>
      <w:r w:rsidRPr="00957F95">
        <w:t>listinu</w:t>
      </w:r>
      <w:proofErr w:type="spellEnd"/>
      <w:r w:rsidRPr="00957F95">
        <w:t xml:space="preserve">, </w:t>
      </w:r>
      <w:proofErr w:type="spellStart"/>
      <w:r w:rsidRPr="00957F95">
        <w:t>ač</w:t>
      </w:r>
      <w:proofErr w:type="spellEnd"/>
      <w:r w:rsidRPr="00957F95">
        <w:t xml:space="preserve"> </w:t>
      </w:r>
      <w:proofErr w:type="spellStart"/>
      <w:r w:rsidRPr="00957F95">
        <w:t>není</w:t>
      </w:r>
      <w:proofErr w:type="spellEnd"/>
      <w:r w:rsidRPr="00957F95">
        <w:t xml:space="preserve"> </w:t>
      </w:r>
      <w:proofErr w:type="spellStart"/>
      <w:r w:rsidRPr="00957F95">
        <w:t>oprávněnou</w:t>
      </w:r>
      <w:proofErr w:type="spellEnd"/>
      <w:r w:rsidRPr="00957F95">
        <w:t xml:space="preserve"> </w:t>
      </w:r>
      <w:proofErr w:type="spellStart"/>
      <w:r w:rsidRPr="00957F95">
        <w:t>osobou</w:t>
      </w:r>
      <w:proofErr w:type="spellEnd"/>
      <w:r w:rsidRPr="00957F95">
        <w:t xml:space="preserve"> </w:t>
      </w:r>
      <w:proofErr w:type="spellStart"/>
      <w:r w:rsidRPr="00957F95">
        <w:t>podle</w:t>
      </w:r>
      <w:proofErr w:type="spellEnd"/>
      <w:r w:rsidRPr="00957F95">
        <w:t xml:space="preserve"> </w:t>
      </w:r>
      <w:proofErr w:type="spellStart"/>
      <w:r w:rsidRPr="00957F95">
        <w:t>zákona</w:t>
      </w:r>
      <w:proofErr w:type="spellEnd"/>
      <w:r w:rsidRPr="00957F95">
        <w:t xml:space="preserve"> o </w:t>
      </w:r>
      <w:proofErr w:type="spellStart"/>
      <w:r w:rsidRPr="00957F95">
        <w:t>místním</w:t>
      </w:r>
      <w:proofErr w:type="spellEnd"/>
      <w:r w:rsidRPr="00957F95">
        <w:t xml:space="preserve"> </w:t>
      </w:r>
      <w:proofErr w:type="spellStart"/>
      <w:r w:rsidRPr="00957F95">
        <w:t>referendu</w:t>
      </w:r>
      <w:proofErr w:type="spellEnd"/>
      <w:r w:rsidRPr="00957F95">
        <w:t xml:space="preserve">, </w:t>
      </w:r>
      <w:proofErr w:type="spellStart"/>
      <w:r w:rsidRPr="00957F95">
        <w:t>nebo</w:t>
      </w:r>
      <w:proofErr w:type="spellEnd"/>
      <w:r w:rsidRPr="00957F95">
        <w:t xml:space="preserve"> </w:t>
      </w:r>
      <w:proofErr w:type="spellStart"/>
      <w:r w:rsidRPr="00957F95">
        <w:t>kdo</w:t>
      </w:r>
      <w:proofErr w:type="spellEnd"/>
      <w:r w:rsidRPr="00957F95">
        <w:t xml:space="preserve"> v </w:t>
      </w:r>
      <w:proofErr w:type="spellStart"/>
      <w:r w:rsidRPr="00957F95">
        <w:t>podpisové</w:t>
      </w:r>
      <w:proofErr w:type="spellEnd"/>
      <w:r w:rsidRPr="00957F95">
        <w:t xml:space="preserve"> </w:t>
      </w:r>
      <w:proofErr w:type="spellStart"/>
      <w:r w:rsidRPr="00957F95">
        <w:t>listině</w:t>
      </w:r>
      <w:proofErr w:type="spellEnd"/>
      <w:r w:rsidRPr="00957F95">
        <w:t xml:space="preserve"> </w:t>
      </w:r>
      <w:proofErr w:type="spellStart"/>
      <w:r w:rsidRPr="00957F95">
        <w:t>uvede</w:t>
      </w:r>
      <w:proofErr w:type="spellEnd"/>
      <w:r w:rsidRPr="00957F95">
        <w:t xml:space="preserve"> </w:t>
      </w:r>
      <w:proofErr w:type="spellStart"/>
      <w:r w:rsidRPr="00957F95">
        <w:t>nepravdivé</w:t>
      </w:r>
      <w:proofErr w:type="spellEnd"/>
      <w:r w:rsidRPr="00957F95">
        <w:t xml:space="preserve"> </w:t>
      </w:r>
      <w:proofErr w:type="spellStart"/>
      <w:r w:rsidRPr="00957F95">
        <w:t>údaje</w:t>
      </w:r>
      <w:proofErr w:type="spellEnd"/>
      <w:r w:rsidRPr="00957F95">
        <w:t xml:space="preserve">, </w:t>
      </w:r>
      <w:proofErr w:type="spellStart"/>
      <w:r w:rsidRPr="00957F95">
        <w:t>dopouští</w:t>
      </w:r>
      <w:proofErr w:type="spellEnd"/>
      <w:r w:rsidRPr="00957F95">
        <w:t xml:space="preserve"> se </w:t>
      </w:r>
      <w:proofErr w:type="spellStart"/>
      <w:r w:rsidRPr="00957F95">
        <w:t>přestupku</w:t>
      </w:r>
      <w:proofErr w:type="spellEnd"/>
      <w:r w:rsidRPr="00957F95">
        <w:t xml:space="preserve">, za </w:t>
      </w:r>
      <w:proofErr w:type="spellStart"/>
      <w:r w:rsidRPr="00957F95">
        <w:t>který</w:t>
      </w:r>
      <w:proofErr w:type="spellEnd"/>
      <w:r w:rsidRPr="00957F95">
        <w:t xml:space="preserve"> mu </w:t>
      </w:r>
      <w:proofErr w:type="spellStart"/>
      <w:r w:rsidRPr="00957F95">
        <w:t>může</w:t>
      </w:r>
      <w:proofErr w:type="spellEnd"/>
      <w:r w:rsidRPr="00957F95">
        <w:t xml:space="preserve"> </w:t>
      </w:r>
      <w:proofErr w:type="spellStart"/>
      <w:r w:rsidRPr="00957F95">
        <w:t>být</w:t>
      </w:r>
      <w:proofErr w:type="spellEnd"/>
      <w:r w:rsidRPr="00957F95">
        <w:t xml:space="preserve"> </w:t>
      </w:r>
      <w:proofErr w:type="spellStart"/>
      <w:r w:rsidRPr="00957F95">
        <w:t>uložena</w:t>
      </w:r>
      <w:proofErr w:type="spellEnd"/>
      <w:r w:rsidRPr="00957F95">
        <w:t xml:space="preserve"> </w:t>
      </w:r>
      <w:proofErr w:type="spellStart"/>
      <w:r w:rsidRPr="00957F95">
        <w:t>pokuta</w:t>
      </w:r>
      <w:proofErr w:type="spellEnd"/>
      <w:r w:rsidRPr="00957F95">
        <w:t xml:space="preserve"> do </w:t>
      </w:r>
      <w:proofErr w:type="spellStart"/>
      <w:r w:rsidRPr="00957F95">
        <w:t>výše</w:t>
      </w:r>
      <w:proofErr w:type="spellEnd"/>
      <w:r w:rsidRPr="00957F95">
        <w:t xml:space="preserve"> 3 000 </w:t>
      </w:r>
      <w:proofErr w:type="spellStart"/>
      <w:r w:rsidRPr="00957F95">
        <w:t>Kč</w:t>
      </w:r>
      <w:proofErr w:type="spellEnd"/>
      <w:r w:rsidRPr="00957F95">
        <w:t>."</w:t>
      </w:r>
    </w:p>
    <w:p w14:paraId="1531DD83" w14:textId="77777777" w:rsidR="00DB55CA" w:rsidRPr="00DB55CA" w:rsidRDefault="00DB55CA" w:rsidP="007359BD">
      <w:pPr>
        <w:spacing w:after="0"/>
        <w:rPr>
          <w:b/>
          <w:sz w:val="16"/>
          <w:szCs w:val="16"/>
        </w:rPr>
      </w:pPr>
    </w:p>
    <w:p w14:paraId="5309CCD1" w14:textId="6CEB2D33" w:rsidR="004B4DB6" w:rsidRDefault="007445E2">
      <w:proofErr w:type="spellStart"/>
      <w:r>
        <w:rPr>
          <w:b/>
        </w:rPr>
        <w:t>Přípravný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výbor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složení</w:t>
      </w:r>
      <w:proofErr w:type="spellEnd"/>
      <w:r>
        <w:rPr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4B4DB6" w14:paraId="175D8CE4" w14:textId="77777777">
        <w:tc>
          <w:tcPr>
            <w:tcW w:w="5400" w:type="dxa"/>
          </w:tcPr>
          <w:p w14:paraId="3A035FAB" w14:textId="5D9D9693" w:rsidR="004B4DB6" w:rsidRDefault="00DB55CA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trvalého</w:t>
            </w:r>
            <w:proofErr w:type="spellEnd"/>
            <w:r>
              <w:t xml:space="preserve"> </w:t>
            </w:r>
            <w:proofErr w:type="spellStart"/>
            <w:r>
              <w:t>bydliště</w:t>
            </w:r>
            <w:proofErr w:type="spellEnd"/>
          </w:p>
        </w:tc>
        <w:tc>
          <w:tcPr>
            <w:tcW w:w="5400" w:type="dxa"/>
          </w:tcPr>
          <w:p w14:paraId="2E79F29F" w14:textId="1420AB5F" w:rsidR="004B4DB6" w:rsidRDefault="00DB55CA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trvalého</w:t>
            </w:r>
            <w:proofErr w:type="spellEnd"/>
            <w:r>
              <w:t xml:space="preserve"> </w:t>
            </w:r>
            <w:proofErr w:type="spellStart"/>
            <w:r>
              <w:t>bydliště</w:t>
            </w:r>
            <w:proofErr w:type="spellEnd"/>
          </w:p>
        </w:tc>
      </w:tr>
      <w:tr w:rsidR="004B4DB6" w:rsidRPr="00DB55CA" w14:paraId="3DBEB4C3" w14:textId="77777777">
        <w:tc>
          <w:tcPr>
            <w:tcW w:w="5400" w:type="dxa"/>
          </w:tcPr>
          <w:p w14:paraId="7AF2B31C" w14:textId="4E0D0331" w:rsidR="004B4DB6" w:rsidRPr="00DB55CA" w:rsidRDefault="00DB55CA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trvalého</w:t>
            </w:r>
            <w:proofErr w:type="spellEnd"/>
            <w:r>
              <w:t xml:space="preserve"> </w:t>
            </w:r>
            <w:proofErr w:type="spellStart"/>
            <w:r>
              <w:t>bydliště</w:t>
            </w:r>
            <w:proofErr w:type="spellEnd"/>
          </w:p>
        </w:tc>
        <w:tc>
          <w:tcPr>
            <w:tcW w:w="5400" w:type="dxa"/>
          </w:tcPr>
          <w:p w14:paraId="4BCE206C" w14:textId="7374DBED" w:rsidR="004B4DB6" w:rsidRPr="00DB55CA" w:rsidRDefault="00DB55CA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trvalého</w:t>
            </w:r>
            <w:proofErr w:type="spellEnd"/>
            <w:r>
              <w:t xml:space="preserve"> </w:t>
            </w:r>
            <w:proofErr w:type="spellStart"/>
            <w:r>
              <w:t>bydliště</w:t>
            </w:r>
            <w:proofErr w:type="spellEnd"/>
          </w:p>
        </w:tc>
      </w:tr>
    </w:tbl>
    <w:p w14:paraId="54C6BB37" w14:textId="77777777" w:rsidR="00DE40CD" w:rsidRDefault="00DE40CD" w:rsidP="00DE40CD"/>
    <w:sectPr w:rsidR="00DE40CD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069238">
    <w:abstractNumId w:val="8"/>
  </w:num>
  <w:num w:numId="2" w16cid:durableId="1092823536">
    <w:abstractNumId w:val="6"/>
  </w:num>
  <w:num w:numId="3" w16cid:durableId="1194809898">
    <w:abstractNumId w:val="5"/>
  </w:num>
  <w:num w:numId="4" w16cid:durableId="1554123440">
    <w:abstractNumId w:val="4"/>
  </w:num>
  <w:num w:numId="5" w16cid:durableId="1098022210">
    <w:abstractNumId w:val="7"/>
  </w:num>
  <w:num w:numId="6" w16cid:durableId="288977054">
    <w:abstractNumId w:val="3"/>
  </w:num>
  <w:num w:numId="7" w16cid:durableId="734426219">
    <w:abstractNumId w:val="2"/>
  </w:num>
  <w:num w:numId="8" w16cid:durableId="1318878306">
    <w:abstractNumId w:val="1"/>
  </w:num>
  <w:num w:numId="9" w16cid:durableId="164713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7852"/>
    <w:rsid w:val="0015074B"/>
    <w:rsid w:val="002106F9"/>
    <w:rsid w:val="0029639D"/>
    <w:rsid w:val="00301C5B"/>
    <w:rsid w:val="00326F90"/>
    <w:rsid w:val="004B4DB6"/>
    <w:rsid w:val="007359BD"/>
    <w:rsid w:val="007445E2"/>
    <w:rsid w:val="008C5302"/>
    <w:rsid w:val="00903F6D"/>
    <w:rsid w:val="00957F95"/>
    <w:rsid w:val="00AA1D8D"/>
    <w:rsid w:val="00B432EF"/>
    <w:rsid w:val="00B47730"/>
    <w:rsid w:val="00CB0664"/>
    <w:rsid w:val="00DB55CA"/>
    <w:rsid w:val="00DE2673"/>
    <w:rsid w:val="00DE40CD"/>
    <w:rsid w:val="00F0755D"/>
    <w:rsid w:val="00F14B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639C6"/>
  <w14:defaultImageDpi w14:val="300"/>
  <w15:docId w15:val="{1EF89E7E-1E95-4A60-BB64-05C31792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Kateřina Jarošová</cp:lastModifiedBy>
  <cp:revision>12</cp:revision>
  <dcterms:created xsi:type="dcterms:W3CDTF">2026-05-11T10:25:00Z</dcterms:created>
  <dcterms:modified xsi:type="dcterms:W3CDTF">2026-07-15T20:54:00Z</dcterms:modified>
  <cp:category/>
</cp:coreProperties>
</file>